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1F05" w14:textId="09012D17" w:rsidR="00B73C79" w:rsidRPr="00F57EAD" w:rsidRDefault="00210A2B" w:rsidP="005B30C6">
      <w:pPr>
        <w:pStyle w:val="AbstractTitle"/>
        <w:spacing w:after="0" w:line="360" w:lineRule="auto"/>
        <w:jc w:val="center"/>
        <w:rPr>
          <w:sz w:val="28"/>
          <w:szCs w:val="28"/>
        </w:rPr>
      </w:pPr>
      <w:r w:rsidRPr="00F57EAD">
        <w:rPr>
          <w:sz w:val="28"/>
          <w:szCs w:val="28"/>
        </w:rPr>
        <w:t>TITLE OF THE ABSTRACT (1</w:t>
      </w:r>
      <w:r w:rsidR="00F57EAD" w:rsidRPr="00F57EAD">
        <w:rPr>
          <w:rFonts w:hint="eastAsia"/>
          <w:sz w:val="28"/>
          <w:szCs w:val="28"/>
          <w:lang w:eastAsia="ja-JP"/>
        </w:rPr>
        <w:t>4</w:t>
      </w:r>
      <w:r w:rsidRPr="00F57EAD">
        <w:rPr>
          <w:sz w:val="28"/>
          <w:szCs w:val="28"/>
        </w:rPr>
        <w:t xml:space="preserve"> pt, Bold, Centered)</w:t>
      </w:r>
    </w:p>
    <w:p w14:paraId="4D6EC6C7" w14:textId="344BCDB2" w:rsidR="00B73C79" w:rsidRPr="00F57EAD" w:rsidRDefault="00210A2B" w:rsidP="005B30C6">
      <w:pPr>
        <w:pStyle w:val="AbstractAuthor"/>
        <w:spacing w:after="0" w:line="360" w:lineRule="auto"/>
        <w:jc w:val="center"/>
        <w:rPr>
          <w:b/>
          <w:bCs/>
          <w:sz w:val="24"/>
          <w:szCs w:val="24"/>
        </w:rPr>
      </w:pPr>
      <w:r w:rsidRPr="00F57EAD">
        <w:rPr>
          <w:b/>
          <w:bCs/>
          <w:sz w:val="24"/>
          <w:szCs w:val="24"/>
          <w:u w:val="single"/>
        </w:rPr>
        <w:t>Author A¹</w:t>
      </w:r>
      <w:r w:rsidRPr="00F57EAD">
        <w:rPr>
          <w:b/>
          <w:bCs/>
          <w:sz w:val="24"/>
          <w:szCs w:val="24"/>
        </w:rPr>
        <w:t>, Author B² (1</w:t>
      </w:r>
      <w:r w:rsidR="00F57EAD" w:rsidRPr="00F57EAD">
        <w:rPr>
          <w:rFonts w:hint="eastAsia"/>
          <w:b/>
          <w:bCs/>
          <w:sz w:val="24"/>
          <w:szCs w:val="24"/>
          <w:lang w:eastAsia="ja-JP"/>
        </w:rPr>
        <w:t>2</w:t>
      </w:r>
      <w:r w:rsidRPr="00F57EAD">
        <w:rPr>
          <w:b/>
          <w:bCs/>
          <w:sz w:val="24"/>
          <w:szCs w:val="24"/>
        </w:rPr>
        <w:t xml:space="preserve"> pt, </w:t>
      </w:r>
      <w:r w:rsidR="00F57EAD" w:rsidRPr="00F57EAD">
        <w:rPr>
          <w:b/>
          <w:bCs/>
          <w:sz w:val="24"/>
          <w:szCs w:val="24"/>
        </w:rPr>
        <w:t>Bold,</w:t>
      </w:r>
      <w:r w:rsidR="00F57EAD" w:rsidRPr="00F57EAD">
        <w:rPr>
          <w:rFonts w:hint="eastAsia"/>
          <w:b/>
          <w:bCs/>
          <w:sz w:val="24"/>
          <w:szCs w:val="24"/>
          <w:lang w:eastAsia="ja-JP"/>
        </w:rPr>
        <w:t xml:space="preserve"> </w:t>
      </w:r>
      <w:r w:rsidRPr="00F57EAD">
        <w:rPr>
          <w:b/>
          <w:bCs/>
          <w:sz w:val="24"/>
          <w:szCs w:val="24"/>
        </w:rPr>
        <w:t xml:space="preserve">Centered, </w:t>
      </w:r>
      <w:r w:rsidRPr="00F57EAD">
        <w:rPr>
          <w:b/>
          <w:bCs/>
          <w:sz w:val="24"/>
          <w:szCs w:val="24"/>
          <w:u w:val="single"/>
        </w:rPr>
        <w:t>underline presenting author</w:t>
      </w:r>
      <w:r w:rsidRPr="00F57EAD">
        <w:rPr>
          <w:b/>
          <w:bCs/>
          <w:sz w:val="24"/>
          <w:szCs w:val="24"/>
        </w:rPr>
        <w:t>)</w:t>
      </w:r>
    </w:p>
    <w:p w14:paraId="2DCC9078" w14:textId="77777777" w:rsidR="00B73C79" w:rsidRDefault="00210A2B" w:rsidP="005B30C6">
      <w:pPr>
        <w:pStyle w:val="AbstractAffiliation"/>
        <w:spacing w:after="0" w:line="360" w:lineRule="auto"/>
        <w:jc w:val="center"/>
      </w:pPr>
      <w:r>
        <w:t>¹Affiliation 1, ²Affiliation 2 (11 pt, Italic, Centered)</w:t>
      </w:r>
    </w:p>
    <w:p w14:paraId="1BCF0CB5" w14:textId="07CDFFC3" w:rsidR="00B73C79" w:rsidRDefault="00210A2B" w:rsidP="005B30C6">
      <w:pPr>
        <w:pStyle w:val="AbstractAuthor"/>
        <w:spacing w:after="0" w:line="360" w:lineRule="auto"/>
        <w:jc w:val="center"/>
        <w:rPr>
          <w:lang w:eastAsia="ja-JP"/>
        </w:rPr>
      </w:pPr>
      <w:r>
        <w:t xml:space="preserve">E-mail: presenting author’s </w:t>
      </w:r>
      <w:r w:rsidR="00F57EAD">
        <w:t>e-mail</w:t>
      </w:r>
      <w:r w:rsidR="00F57EAD">
        <w:rPr>
          <w:lang w:eastAsia="ja-JP"/>
        </w:rPr>
        <w:t xml:space="preserve"> </w:t>
      </w:r>
      <w:r w:rsidR="00F57EAD">
        <w:t>(11 pt</w:t>
      </w:r>
      <w:r w:rsidR="00CA1C6D">
        <w:rPr>
          <w:rFonts w:hint="eastAsia"/>
          <w:lang w:eastAsia="ja-JP"/>
        </w:rPr>
        <w:t xml:space="preserve">, </w:t>
      </w:r>
      <w:r w:rsidR="00CA1C6D">
        <w:t>Centered</w:t>
      </w:r>
      <w:r w:rsidR="00F57EAD">
        <w:rPr>
          <w:rFonts w:hint="eastAsia"/>
          <w:lang w:eastAsia="ja-JP"/>
        </w:rPr>
        <w:t>)</w:t>
      </w:r>
    </w:p>
    <w:p w14:paraId="71274FAC" w14:textId="77777777" w:rsidR="00B73C79" w:rsidRDefault="00B73C79" w:rsidP="005B30C6">
      <w:pPr>
        <w:spacing w:after="0" w:line="360" w:lineRule="auto"/>
      </w:pPr>
    </w:p>
    <w:p w14:paraId="0C28641C" w14:textId="4FBFEEAA" w:rsidR="00B73C79" w:rsidRDefault="00210A2B" w:rsidP="00285B00">
      <w:pPr>
        <w:pStyle w:val="AbstractHeading"/>
        <w:spacing w:after="0"/>
        <w:rPr>
          <w:lang w:eastAsia="ja-JP"/>
        </w:rPr>
      </w:pPr>
      <w:r>
        <w:t>INTRODUCTION</w:t>
      </w:r>
      <w:r w:rsidR="00176AE8">
        <w:rPr>
          <w:rFonts w:hint="eastAsia"/>
          <w:lang w:eastAsia="ja-JP"/>
        </w:rPr>
        <w:t xml:space="preserve"> (</w:t>
      </w:r>
      <w:r w:rsidR="001F7CCE" w:rsidRPr="001F7CCE">
        <w:rPr>
          <w:lang w:eastAsia="ja-JP"/>
        </w:rPr>
        <w:t>11 pt, bold, ALL CAPS, left-</w:t>
      </w:r>
      <w:r w:rsidR="00A4266A" w:rsidRPr="001F7CCE">
        <w:rPr>
          <w:lang w:eastAsia="ja-JP"/>
        </w:rPr>
        <w:t>aligned,</w:t>
      </w:r>
      <w:r w:rsidR="001F7CCE" w:rsidRPr="001F7CCE">
        <w:rPr>
          <w:lang w:eastAsia="ja-JP"/>
        </w:rPr>
        <w:t xml:space="preserve"> same for all section headings</w:t>
      </w:r>
      <w:r w:rsidR="001F7CCE">
        <w:rPr>
          <w:rFonts w:hint="eastAsia"/>
          <w:lang w:eastAsia="ja-JP"/>
        </w:rPr>
        <w:t>)</w:t>
      </w:r>
    </w:p>
    <w:p w14:paraId="04954BEF" w14:textId="3BE0A20E" w:rsidR="00B73C79" w:rsidRDefault="00210A2B" w:rsidP="00F37476">
      <w:pPr>
        <w:pStyle w:val="AbstractText"/>
        <w:spacing w:after="0" w:line="240" w:lineRule="auto"/>
        <w:jc w:val="both"/>
      </w:pPr>
      <w:r>
        <w:t>Provide the background and objective of the study.</w:t>
      </w:r>
      <w:r w:rsidR="00716E9D" w:rsidRPr="00716E9D">
        <w:t xml:space="preserve"> (11pt, </w:t>
      </w:r>
      <w:r w:rsidR="00DA623E" w:rsidRPr="00DA623E">
        <w:t>single-spaced</w:t>
      </w:r>
      <w:r w:rsidR="00DA623E">
        <w:rPr>
          <w:rFonts w:hint="eastAsia"/>
          <w:lang w:eastAsia="ja-JP"/>
        </w:rPr>
        <w:t>,</w:t>
      </w:r>
      <w:r w:rsidR="00DA623E" w:rsidRPr="00DA623E">
        <w:t xml:space="preserve"> </w:t>
      </w:r>
      <w:r w:rsidR="00716E9D" w:rsidRPr="00716E9D">
        <w:t>justified; same throughout)</w:t>
      </w:r>
    </w:p>
    <w:p w14:paraId="483D32A3" w14:textId="77777777" w:rsidR="004823A1" w:rsidRDefault="004823A1" w:rsidP="00F37476">
      <w:pPr>
        <w:pStyle w:val="AbstractText"/>
        <w:spacing w:after="0"/>
        <w:jc w:val="both"/>
      </w:pPr>
    </w:p>
    <w:p w14:paraId="6E8EC76B" w14:textId="77777777" w:rsidR="00B73C79" w:rsidRDefault="00210A2B" w:rsidP="00285B00">
      <w:pPr>
        <w:pStyle w:val="AbstractHeading"/>
        <w:spacing w:after="0"/>
      </w:pPr>
      <w:r>
        <w:t>METHODS (optional)</w:t>
      </w:r>
    </w:p>
    <w:p w14:paraId="76854B87" w14:textId="77777777" w:rsidR="00B73C79" w:rsidRDefault="00210A2B" w:rsidP="00F37476">
      <w:pPr>
        <w:pStyle w:val="AbstractText"/>
        <w:spacing w:after="0" w:line="240" w:lineRule="auto"/>
        <w:jc w:val="both"/>
      </w:pPr>
      <w:r>
        <w:t>Briefly describe experimental materials and analytical methods if applicable.</w:t>
      </w:r>
    </w:p>
    <w:p w14:paraId="35088D06" w14:textId="77777777" w:rsidR="004823A1" w:rsidRDefault="004823A1" w:rsidP="00285B00">
      <w:pPr>
        <w:pStyle w:val="AbstractText"/>
        <w:spacing w:after="0"/>
        <w:jc w:val="both"/>
      </w:pPr>
    </w:p>
    <w:p w14:paraId="72AF7D64" w14:textId="77777777" w:rsidR="00B73C79" w:rsidRDefault="00210A2B" w:rsidP="00285B00">
      <w:pPr>
        <w:pStyle w:val="AbstractHeading"/>
        <w:spacing w:after="0"/>
      </w:pPr>
      <w:r>
        <w:t>RESULTS AND DISCUSSION</w:t>
      </w:r>
    </w:p>
    <w:p w14:paraId="516A4F33" w14:textId="5E2BD85E" w:rsidR="00B73C79" w:rsidRDefault="00210A2B" w:rsidP="007E5C03">
      <w:pPr>
        <w:pStyle w:val="AbstractText"/>
        <w:spacing w:after="0" w:line="240" w:lineRule="auto"/>
        <w:jc w:val="both"/>
      </w:pPr>
      <w:r>
        <w:t>Present the main findings and their interpretation. Figures and tables may be included and placed near their first mention.</w:t>
      </w:r>
    </w:p>
    <w:p w14:paraId="5863746F" w14:textId="77777777" w:rsidR="004823A1" w:rsidRDefault="004823A1" w:rsidP="00285B00">
      <w:pPr>
        <w:pStyle w:val="AbstractText"/>
        <w:spacing w:after="0"/>
        <w:jc w:val="both"/>
        <w:rPr>
          <w:lang w:eastAsia="ja-JP"/>
        </w:rPr>
      </w:pPr>
    </w:p>
    <w:p w14:paraId="766D4AB0" w14:textId="375D70CA" w:rsidR="00B73C79" w:rsidRDefault="00210A2B" w:rsidP="00285B00">
      <w:pPr>
        <w:pStyle w:val="AbstractHeading"/>
        <w:spacing w:after="0"/>
      </w:pPr>
      <w:r>
        <w:t>CONCLUSION</w:t>
      </w:r>
      <w:r w:rsidR="00127366">
        <w:rPr>
          <w:rFonts w:hint="eastAsia"/>
          <w:lang w:eastAsia="ja-JP"/>
        </w:rPr>
        <w:t xml:space="preserve"> </w:t>
      </w:r>
      <w:r w:rsidR="00127366">
        <w:t>(optional)</w:t>
      </w:r>
    </w:p>
    <w:p w14:paraId="59D7491B" w14:textId="77777777" w:rsidR="00B73C79" w:rsidRDefault="00210A2B" w:rsidP="00F37476">
      <w:pPr>
        <w:pStyle w:val="AbstractText"/>
        <w:spacing w:after="0" w:line="240" w:lineRule="auto"/>
        <w:jc w:val="both"/>
      </w:pPr>
      <w:r>
        <w:t>Clearly state the main conclusions of the study.</w:t>
      </w:r>
    </w:p>
    <w:p w14:paraId="36412208" w14:textId="77777777" w:rsidR="004823A1" w:rsidRDefault="004823A1" w:rsidP="00285B00">
      <w:pPr>
        <w:pStyle w:val="AbstractText"/>
        <w:spacing w:after="0"/>
        <w:jc w:val="both"/>
      </w:pPr>
    </w:p>
    <w:p w14:paraId="331C84B9" w14:textId="77777777" w:rsidR="00B73C79" w:rsidRDefault="00210A2B" w:rsidP="00285B00">
      <w:pPr>
        <w:pStyle w:val="AbstractHeading"/>
        <w:spacing w:after="0"/>
      </w:pPr>
      <w:r>
        <w:t>ACKNOWLEDGEMENTS (optional)</w:t>
      </w:r>
    </w:p>
    <w:p w14:paraId="681C86F8" w14:textId="77777777" w:rsidR="00B73C79" w:rsidRDefault="00210A2B" w:rsidP="00F37476">
      <w:pPr>
        <w:pStyle w:val="AbstractText"/>
        <w:spacing w:after="0" w:line="240" w:lineRule="auto"/>
        <w:jc w:val="both"/>
      </w:pPr>
      <w:r>
        <w:t>Mention funding sources or collaborators if necessary.</w:t>
      </w:r>
    </w:p>
    <w:p w14:paraId="10441657" w14:textId="77777777" w:rsidR="004823A1" w:rsidRDefault="004823A1" w:rsidP="00285B00">
      <w:pPr>
        <w:pStyle w:val="AbstractText"/>
        <w:spacing w:after="0"/>
        <w:jc w:val="both"/>
      </w:pPr>
    </w:p>
    <w:p w14:paraId="2972C92A" w14:textId="77777777" w:rsidR="00B73C79" w:rsidRDefault="00210A2B" w:rsidP="00285B00">
      <w:pPr>
        <w:pStyle w:val="AbstractHeading"/>
        <w:spacing w:after="0"/>
      </w:pPr>
      <w:r>
        <w:t>REFERENCES (optional)</w:t>
      </w:r>
    </w:p>
    <w:p w14:paraId="339C0768" w14:textId="77777777" w:rsidR="00B73C79" w:rsidRDefault="00210A2B" w:rsidP="00F37476">
      <w:pPr>
        <w:pStyle w:val="AbstractText"/>
        <w:spacing w:after="0" w:line="240" w:lineRule="auto"/>
        <w:jc w:val="both"/>
      </w:pPr>
      <w:r>
        <w:t>List references cited in the text.</w:t>
      </w:r>
    </w:p>
    <w:p w14:paraId="6C929EB5" w14:textId="77777777" w:rsidR="002E20EC" w:rsidRDefault="002E20EC" w:rsidP="00285B00">
      <w:pPr>
        <w:spacing w:after="0"/>
        <w:rPr>
          <w:lang w:eastAsia="ja-JP"/>
        </w:rPr>
      </w:pPr>
    </w:p>
    <w:p w14:paraId="44A0DD01" w14:textId="77777777" w:rsidR="00695F98" w:rsidRDefault="00695F98" w:rsidP="00285B00">
      <w:pPr>
        <w:spacing w:after="0"/>
        <w:rPr>
          <w:lang w:eastAsia="ja-JP"/>
        </w:rPr>
      </w:pPr>
    </w:p>
    <w:p w14:paraId="4558125F" w14:textId="77777777" w:rsidR="00F37476" w:rsidRDefault="00F37476" w:rsidP="00285B00">
      <w:pPr>
        <w:spacing w:after="0"/>
        <w:rPr>
          <w:lang w:eastAsia="ja-JP"/>
        </w:rPr>
      </w:pPr>
    </w:p>
    <w:p w14:paraId="601B1D8E" w14:textId="77777777" w:rsidR="00F37476" w:rsidRDefault="00F37476" w:rsidP="00285B00">
      <w:pPr>
        <w:spacing w:after="0"/>
        <w:rPr>
          <w:lang w:eastAsia="ja-JP"/>
        </w:rPr>
      </w:pPr>
    </w:p>
    <w:p w14:paraId="1AD38C21" w14:textId="471A2AE2" w:rsidR="00B73C79" w:rsidRDefault="00210A2B" w:rsidP="00285B00">
      <w:pPr>
        <w:pStyle w:val="AbstractHeading"/>
        <w:spacing w:after="0"/>
      </w:pPr>
      <w:r>
        <w:t>ABSTRACT</w:t>
      </w:r>
      <w:r w:rsidR="00A249DA">
        <w:rPr>
          <w:rFonts w:hint="eastAsia"/>
          <w:lang w:eastAsia="ja-JP"/>
        </w:rPr>
        <w:t>S</w:t>
      </w:r>
      <w:r w:rsidR="00086122">
        <w:rPr>
          <w:rFonts w:hint="eastAsia"/>
          <w:lang w:eastAsia="ja-JP"/>
        </w:rPr>
        <w:t xml:space="preserve"> and </w:t>
      </w:r>
      <w:r w:rsidR="00981854">
        <w:rPr>
          <w:rFonts w:hint="eastAsia"/>
          <w:lang w:eastAsia="ja-JP"/>
        </w:rPr>
        <w:t>FORMATTING</w:t>
      </w:r>
      <w:r w:rsidR="00981854" w:rsidRPr="00981854">
        <w:t xml:space="preserve"> </w:t>
      </w:r>
      <w:r>
        <w:t>GUIDELINES</w:t>
      </w:r>
    </w:p>
    <w:p w14:paraId="40B38835" w14:textId="60995218" w:rsidR="00B73C79" w:rsidRDefault="00446C52" w:rsidP="00764D16">
      <w:pPr>
        <w:pStyle w:val="AbstractText"/>
        <w:spacing w:after="0" w:line="240" w:lineRule="auto"/>
        <w:jc w:val="both"/>
        <w:rPr>
          <w:lang w:eastAsia="ja-JP"/>
        </w:rPr>
      </w:pPr>
      <w:r>
        <w:rPr>
          <w:rFonts w:hint="eastAsia"/>
          <w:lang w:eastAsia="ja-JP"/>
        </w:rPr>
        <w:t>・</w:t>
      </w:r>
      <w:r w:rsidR="0053525A" w:rsidRPr="0053525A">
        <w:t>Manuscripts should be prepared using this template, and the format and fonts should not be altered.</w:t>
      </w:r>
      <w:r w:rsidR="00BB5676">
        <w:rPr>
          <w:rFonts w:hint="eastAsia"/>
          <w:lang w:eastAsia="ja-JP"/>
        </w:rPr>
        <w:t xml:space="preserve"> </w:t>
      </w:r>
    </w:p>
    <w:p w14:paraId="6C4331AC" w14:textId="20D6B7B3" w:rsidR="00BB5676" w:rsidRDefault="00446C52" w:rsidP="00764D16">
      <w:pPr>
        <w:pStyle w:val="AbstractText"/>
        <w:spacing w:after="0" w:line="240" w:lineRule="auto"/>
        <w:jc w:val="both"/>
        <w:rPr>
          <w:lang w:eastAsia="ja-JP"/>
        </w:rPr>
      </w:pPr>
      <w:r>
        <w:rPr>
          <w:rFonts w:hint="eastAsia"/>
          <w:lang w:eastAsia="ja-JP"/>
        </w:rPr>
        <w:t>・</w:t>
      </w:r>
      <w:r w:rsidR="00BB5676" w:rsidRPr="00BB5676">
        <w:rPr>
          <w:lang w:eastAsia="ja-JP"/>
        </w:rPr>
        <w:t>Language</w:t>
      </w:r>
      <w:r w:rsidR="00BB5676">
        <w:rPr>
          <w:rFonts w:hint="eastAsia"/>
          <w:lang w:eastAsia="ja-JP"/>
        </w:rPr>
        <w:t xml:space="preserve"> is</w:t>
      </w:r>
      <w:r w:rsidR="00BB5676" w:rsidRPr="00BB5676">
        <w:rPr>
          <w:lang w:eastAsia="ja-JP"/>
        </w:rPr>
        <w:t xml:space="preserve"> English only.</w:t>
      </w:r>
    </w:p>
    <w:p w14:paraId="06712851" w14:textId="6B4EBCC6" w:rsidR="00DC7114" w:rsidRDefault="00446C52" w:rsidP="00764D16">
      <w:pPr>
        <w:pStyle w:val="AbstractText"/>
        <w:spacing w:after="0" w:line="240" w:lineRule="auto"/>
        <w:jc w:val="both"/>
      </w:pPr>
      <w:r>
        <w:rPr>
          <w:rFonts w:hint="eastAsia"/>
          <w:lang w:eastAsia="ja-JP"/>
        </w:rPr>
        <w:t>・</w:t>
      </w:r>
      <w:r w:rsidR="00DC7114" w:rsidRPr="00DC7114">
        <w:t>Manuscripts should be submitted as Word files (.doc or .docx).</w:t>
      </w:r>
    </w:p>
    <w:p w14:paraId="3564907D" w14:textId="6896836C" w:rsidR="00F16D45" w:rsidRDefault="00446C52" w:rsidP="00764D16">
      <w:pPr>
        <w:pStyle w:val="AbstractText"/>
        <w:spacing w:after="0" w:line="240" w:lineRule="auto"/>
        <w:jc w:val="both"/>
      </w:pPr>
      <w:r>
        <w:rPr>
          <w:rFonts w:hint="eastAsia"/>
          <w:lang w:eastAsia="ja-JP"/>
        </w:rPr>
        <w:t>・</w:t>
      </w:r>
      <w:r w:rsidR="00F16D45" w:rsidRPr="00F16D45">
        <w:t>The manuscript must not exceed four A4 pages in total, including figures and tables.</w:t>
      </w:r>
    </w:p>
    <w:p w14:paraId="4BFCE6C8" w14:textId="649BF3B5" w:rsidR="00D02B5C" w:rsidRDefault="00446C52" w:rsidP="00764D16">
      <w:pPr>
        <w:pStyle w:val="AbstractText"/>
        <w:spacing w:after="0" w:line="240" w:lineRule="auto"/>
        <w:jc w:val="both"/>
      </w:pPr>
      <w:r>
        <w:rPr>
          <w:rFonts w:hint="eastAsia"/>
          <w:lang w:eastAsia="ja-JP"/>
        </w:rPr>
        <w:t>・</w:t>
      </w:r>
      <w:r w:rsidR="00D02B5C" w:rsidRPr="00D02B5C">
        <w:t xml:space="preserve">Submissions are accepted from </w:t>
      </w:r>
      <w:r w:rsidR="00D02B5C" w:rsidRPr="00D02B5C">
        <w:rPr>
          <w:color w:val="EE0000"/>
        </w:rPr>
        <w:t>a minimum of one page.</w:t>
      </w:r>
    </w:p>
    <w:p w14:paraId="624DECAD" w14:textId="0B1DA296" w:rsidR="00DB6FE8" w:rsidRDefault="00446C52" w:rsidP="00764D16">
      <w:pPr>
        <w:pStyle w:val="AbstractText"/>
        <w:spacing w:after="0" w:line="240" w:lineRule="auto"/>
        <w:jc w:val="both"/>
      </w:pPr>
      <w:r>
        <w:rPr>
          <w:rFonts w:hint="eastAsia"/>
          <w:lang w:eastAsia="ja-JP"/>
        </w:rPr>
        <w:t>・</w:t>
      </w:r>
      <w:r w:rsidR="00DB6FE8" w:rsidRPr="00DB6FE8">
        <w:t>Figures and tables may be included in the submission, and they should be numbered consecutively (Figure 1, Table 1).</w:t>
      </w:r>
    </w:p>
    <w:p w14:paraId="48BCED2C" w14:textId="52C3C158" w:rsidR="00B73C79" w:rsidRDefault="00446C52" w:rsidP="00764D16">
      <w:pPr>
        <w:pStyle w:val="AbstractText"/>
        <w:spacing w:after="0" w:line="240" w:lineRule="auto"/>
        <w:jc w:val="both"/>
      </w:pPr>
      <w:r>
        <w:rPr>
          <w:rFonts w:hint="eastAsia"/>
          <w:lang w:eastAsia="ja-JP"/>
        </w:rPr>
        <w:t>・</w:t>
      </w:r>
      <w:r w:rsidR="00210A2B">
        <w:t>Figure captions should appear below figures, and table captions above tables.</w:t>
      </w:r>
    </w:p>
    <w:p w14:paraId="12E39910" w14:textId="6FF1011B" w:rsidR="00B73C79" w:rsidRDefault="00446C52" w:rsidP="00764D16">
      <w:pPr>
        <w:pStyle w:val="AbstractText"/>
        <w:spacing w:after="0" w:line="240" w:lineRule="auto"/>
        <w:jc w:val="both"/>
      </w:pPr>
      <w:r>
        <w:rPr>
          <w:rFonts w:hint="eastAsia"/>
          <w:lang w:eastAsia="ja-JP"/>
        </w:rPr>
        <w:t>・</w:t>
      </w:r>
      <w:r w:rsidR="00210A2B">
        <w:t>Figures and tables will be distributed in PDF format; therefore, the use of color is permitted.</w:t>
      </w:r>
    </w:p>
    <w:p w14:paraId="663394F6" w14:textId="77777777" w:rsidR="00A249DA" w:rsidRDefault="00A249DA" w:rsidP="00F37476">
      <w:pPr>
        <w:pStyle w:val="AbstractText"/>
        <w:spacing w:after="0" w:line="240" w:lineRule="auto"/>
        <w:rPr>
          <w:lang w:eastAsia="ja-JP"/>
        </w:rPr>
      </w:pPr>
    </w:p>
    <w:p w14:paraId="092F4A86" w14:textId="77777777" w:rsidR="00C15487" w:rsidRDefault="005A2E2C" w:rsidP="00F37476">
      <w:pPr>
        <w:pStyle w:val="AbstractText"/>
        <w:spacing w:after="0" w:line="240" w:lineRule="auto"/>
        <w:rPr>
          <w:lang w:eastAsia="ja-JP"/>
        </w:rPr>
      </w:pPr>
      <w:r w:rsidRPr="005A2E2C">
        <w:rPr>
          <w:lang w:eastAsia="ja-JP"/>
        </w:rPr>
        <w:t xml:space="preserve">This conference will not produce formal proceedings. Abstracts will be distributed only as PDF files, will not be peer‑reviewed, and will not be assigned ISBNs or DOIs. </w:t>
      </w:r>
    </w:p>
    <w:p w14:paraId="2D89221F" w14:textId="779AD020" w:rsidR="005A2E2C" w:rsidRDefault="005A2E2C" w:rsidP="00F37476">
      <w:pPr>
        <w:pStyle w:val="AbstractText"/>
        <w:spacing w:after="0" w:line="240" w:lineRule="auto"/>
        <w:rPr>
          <w:lang w:eastAsia="ja-JP"/>
        </w:rPr>
      </w:pPr>
      <w:r w:rsidRPr="005A2E2C">
        <w:rPr>
          <w:lang w:eastAsia="ja-JP"/>
        </w:rPr>
        <w:t>Copyright remains with the authors.</w:t>
      </w:r>
    </w:p>
    <w:sectPr w:rsidR="005A2E2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3095" w14:textId="77777777" w:rsidR="007B06C8" w:rsidRDefault="007B06C8" w:rsidP="001B103C">
      <w:pPr>
        <w:spacing w:after="0" w:line="240" w:lineRule="auto"/>
      </w:pPr>
      <w:r>
        <w:separator/>
      </w:r>
    </w:p>
  </w:endnote>
  <w:endnote w:type="continuationSeparator" w:id="0">
    <w:p w14:paraId="43FBA05F" w14:textId="77777777" w:rsidR="007B06C8" w:rsidRDefault="007B06C8" w:rsidP="001B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44D0" w14:textId="77777777" w:rsidR="007B06C8" w:rsidRDefault="007B06C8" w:rsidP="001B103C">
      <w:pPr>
        <w:spacing w:after="0" w:line="240" w:lineRule="auto"/>
      </w:pPr>
      <w:r>
        <w:separator/>
      </w:r>
    </w:p>
  </w:footnote>
  <w:footnote w:type="continuationSeparator" w:id="0">
    <w:p w14:paraId="1C31B763" w14:textId="77777777" w:rsidR="007B06C8" w:rsidRDefault="007B06C8" w:rsidP="001B1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831059">
    <w:abstractNumId w:val="8"/>
  </w:num>
  <w:num w:numId="2" w16cid:durableId="120272349">
    <w:abstractNumId w:val="6"/>
  </w:num>
  <w:num w:numId="3" w16cid:durableId="1733112001">
    <w:abstractNumId w:val="5"/>
  </w:num>
  <w:num w:numId="4" w16cid:durableId="1745492520">
    <w:abstractNumId w:val="4"/>
  </w:num>
  <w:num w:numId="5" w16cid:durableId="905339367">
    <w:abstractNumId w:val="7"/>
  </w:num>
  <w:num w:numId="6" w16cid:durableId="1583831824">
    <w:abstractNumId w:val="3"/>
  </w:num>
  <w:num w:numId="7" w16cid:durableId="1019741902">
    <w:abstractNumId w:val="2"/>
  </w:num>
  <w:num w:numId="8" w16cid:durableId="1663853724">
    <w:abstractNumId w:val="1"/>
  </w:num>
  <w:num w:numId="9" w16cid:durableId="2025403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C3D"/>
    <w:rsid w:val="00046B4F"/>
    <w:rsid w:val="0006063C"/>
    <w:rsid w:val="00082960"/>
    <w:rsid w:val="00086122"/>
    <w:rsid w:val="000964F1"/>
    <w:rsid w:val="00127366"/>
    <w:rsid w:val="00150433"/>
    <w:rsid w:val="0015074B"/>
    <w:rsid w:val="00176AE8"/>
    <w:rsid w:val="001B103C"/>
    <w:rsid w:val="001F7CCE"/>
    <w:rsid w:val="00210A2B"/>
    <w:rsid w:val="00233992"/>
    <w:rsid w:val="00285B00"/>
    <w:rsid w:val="0029639D"/>
    <w:rsid w:val="002E20EC"/>
    <w:rsid w:val="00326F90"/>
    <w:rsid w:val="003B7655"/>
    <w:rsid w:val="003C62D0"/>
    <w:rsid w:val="00446C52"/>
    <w:rsid w:val="004823A1"/>
    <w:rsid w:val="0053525A"/>
    <w:rsid w:val="005A2E2C"/>
    <w:rsid w:val="005B30C6"/>
    <w:rsid w:val="005F7105"/>
    <w:rsid w:val="0064537C"/>
    <w:rsid w:val="006855F4"/>
    <w:rsid w:val="00690552"/>
    <w:rsid w:val="00695F98"/>
    <w:rsid w:val="006C7543"/>
    <w:rsid w:val="006D750F"/>
    <w:rsid w:val="00716E9D"/>
    <w:rsid w:val="00764D16"/>
    <w:rsid w:val="0078054B"/>
    <w:rsid w:val="007B06C8"/>
    <w:rsid w:val="007C33FE"/>
    <w:rsid w:val="007D5E48"/>
    <w:rsid w:val="007E3069"/>
    <w:rsid w:val="007E5C03"/>
    <w:rsid w:val="0088236E"/>
    <w:rsid w:val="00896CD3"/>
    <w:rsid w:val="008D0FB5"/>
    <w:rsid w:val="008E560C"/>
    <w:rsid w:val="00956CBD"/>
    <w:rsid w:val="00981854"/>
    <w:rsid w:val="00A21281"/>
    <w:rsid w:val="00A249DA"/>
    <w:rsid w:val="00A4266A"/>
    <w:rsid w:val="00AA1D8D"/>
    <w:rsid w:val="00AC38BC"/>
    <w:rsid w:val="00B26AA1"/>
    <w:rsid w:val="00B47730"/>
    <w:rsid w:val="00B73C79"/>
    <w:rsid w:val="00BA009D"/>
    <w:rsid w:val="00BB5676"/>
    <w:rsid w:val="00C15487"/>
    <w:rsid w:val="00CA1C6D"/>
    <w:rsid w:val="00CB0664"/>
    <w:rsid w:val="00CB5E38"/>
    <w:rsid w:val="00CD5021"/>
    <w:rsid w:val="00D02B5C"/>
    <w:rsid w:val="00D664DC"/>
    <w:rsid w:val="00D9500D"/>
    <w:rsid w:val="00DA623E"/>
    <w:rsid w:val="00DB6FE8"/>
    <w:rsid w:val="00DC7114"/>
    <w:rsid w:val="00DE63F4"/>
    <w:rsid w:val="00F16D45"/>
    <w:rsid w:val="00F23D37"/>
    <w:rsid w:val="00F37476"/>
    <w:rsid w:val="00F57E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36212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bstractTitle">
    <w:name w:val="AbstractTitle"/>
    <w:rPr>
      <w:rFonts w:ascii="Times New Roman" w:hAnsi="Times New Roman"/>
      <w:b/>
      <w:sz w:val="24"/>
    </w:rPr>
  </w:style>
  <w:style w:type="paragraph" w:customStyle="1" w:styleId="AbstractAuthor">
    <w:name w:val="AbstractAuthor"/>
    <w:rPr>
      <w:rFonts w:ascii="Times New Roman" w:hAnsi="Times New Roman"/>
    </w:rPr>
  </w:style>
  <w:style w:type="paragraph" w:customStyle="1" w:styleId="AbstractAffiliation">
    <w:name w:val="AbstractAffiliation"/>
    <w:rPr>
      <w:rFonts w:ascii="Times New Roman" w:hAnsi="Times New Roman"/>
      <w:i/>
    </w:rPr>
  </w:style>
  <w:style w:type="paragraph" w:customStyle="1" w:styleId="AbstractHeading">
    <w:name w:val="AbstractHeading"/>
    <w:rPr>
      <w:rFonts w:ascii="Times New Roman" w:hAnsi="Times New Roman"/>
      <w:b/>
    </w:rPr>
  </w:style>
  <w:style w:type="paragraph" w:customStyle="1" w:styleId="AbstractText">
    <w:name w:val="AbstractText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Manager/>
  <Company/>
  <LinksUpToDate>false</LinksUpToDate>
  <CharactersWithSpaces>1745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2026-08-05T07:08:00Z</dcterms:created>
  <dcterms:modified xsi:type="dcterms:W3CDTF">2026-08-05T07:08:00Z</dcterms:modified>
  <cp:category/>
</cp:coreProperties>
</file>